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 - גלגל המילים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הבדל בין מילים נרדפות למילים הפכיות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נרדפות והפכים למילים מהגלגל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השלמת משפטים עם מילים מתאימות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מילה נרדפת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זריז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מילה הפוכה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מלא וריק הם ניגודים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ההפך מקר הוא חם, לא מהיר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לאט ומהר הם ניגודים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למילה ההפוכה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(לאט)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(חלש)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(קרוב)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(ריק)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המשחק בגלגל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מסובבים את הגלגל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מקבלים מילה מהגלגל, למשל הרבה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אם המשימה היא נרדפת או הפך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משלימים את המשפט עם מילה מתאימה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שמח - נרדפת: עליז, הפך: עצוב. מהיר - נרדפת: זריז, הפך: איטי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עליז או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נרדפת אומרת כמעט אותו דבר, הפוכה אומרת בדיוק ההפך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בכיתה עם גלגל דמיוני - כל תלמיד מגריל מילה ואומר נרדפת או הפך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לתלות את רשימת שמונת המילים מהגלגל על הלוח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דוגמה אחת משותפת לפני שהתלמידים כותבים 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 - גלגל המילים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במשחק גלגל המילים מסובבים גלגל עם מילים כמו הרבה, מהיר וקר, ומחפשים להן מילה נרדפת או מילה הפוכה. בדף הזה נתרגל את אותן מילים.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חזק  ·  קר  ·  לאט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מילה נרדפת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מילה נרדפת למילה שמח?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מילה נרדפת למילה מהיר?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חלש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מילה הפוכה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ההפך ממלא הוא ריק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ההפך מקר הוא מהיר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ההפך מלאט הוא מהר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אחרי הריצה הרגשתי __________ מאוד (ההפך מחלש)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היום בחוץ __________ ואני לובש מעיל (ההפך מחם)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הצב הולך __________ מאוד, לא מהר (מילה נרדפת לאיטי)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למילה ההפוכה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חלש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חזק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קרוב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רחוק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מלא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לאט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המשחק בגלגל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אם המשימה היא נרדפת או הפך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משלימים את המשפט עם מילה מתאימה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מסובבים את הגלגל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מקבלים מילה מהגלגל, למשל הרבה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שתיים מהמילים בגלגל (הרבה, מלא, חזק, לאט, רחוק, שמח, קר, מהיר) וכתבו לכל אחת מילה נרדפת ומילה הפוכה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מילה נרדפת למילה שמח?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מילה הפוכה למילה חזק?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נרדפות והפכים - גלגל המילים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