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 והפכים - גלגל המילים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הבדל בין מילים נרדפות למילים הפכיות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נרדפות והפכים למילים מהגלגל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השלמת משפטים עם מילים מתאימות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מילה נרדפת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עליז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זריז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עז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שפע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מרוחק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מילה הפוכה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מלא וריק הם ניגודים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ההפך מקר הוא חם, לא מהיר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לאט ומהר הם ניגודים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ההפך משמח הוא עצוב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רחוק וקרוב הם ניגודים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חזק וחלש הם ניגודים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חזק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הרבה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רחוק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מלא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למילה ההפוכה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(לאט)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(חלש)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(קרוב)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(ריק)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(חם)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(עצוב)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המשחק בגלגל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מסובבים את הגלגל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מקבלים מילה מהגלגל, למשל הרבה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בוחרים אם המשימה היא נרדפת או הפך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משלימים את המשפט עם מילה 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לוחצים על משחק חדש ומתחילים 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שמח - נרדפת: עליז, הפך: עצוב. מהיר - נרדפת: זריז, הפך: איטי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עליז או דומה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חלש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נרדפת אומרת כמעט אותו דבר, הפוכה אומרת בדיוק ההפך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בכיתה עם גלגל דמיוני - כל תלמיד מגריל מילה ואומר נרדפת או הפך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לתלות את רשימת שמונת המילים מהגלגל על הלוח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לתת דוגמה אחת משותפת לפני שהתלמידים כותבים 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 והפכים - גלגל המילים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גלגל עם מילים. מסובבים את הגלגל ומוצאים מילה דומה או מילה הפוכה. נתרגל את זה כאן.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מילה נרדפת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שאומרת כמעט אותו דבר, כמו שמח ועליז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מילה הפוכה (ניגוד)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שאומרת בדיוק ההפך, כמו חם וקר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רחוק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 קרוב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עושה דברים בזמן קצר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חזק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לו הרבה כוח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 מהר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מלא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בו הרבה, אין בו מקום ריק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מילה נרדפת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דומה למילה שמח?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דומה למילה מהיר?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חלש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דומה למילה חזק?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חלש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דומה למילה הרבה?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שפע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מעט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אפס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דומה למילה רחוק?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קרוב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מרוחק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צמוד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ליד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מילה הפוכה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ההפך ממלא הוא ריק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ההפך מקר הוא מהיר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ההפך מלאט הוא מהר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ההפך משמח הוא חזק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ההפך מרחוק הוא קרוב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ההפך מחזק הוא חלש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אחרי הריצה הרגשתי __________ מאוד (ההפך מחלש)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היום בחוץ __________ ואני לובש מעיל (ההפך מחם)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הצב הולך __________ מאוד, לא מהר (מילה נרדפת לאיטי)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קניתי __________ ממתקים בחנות (מילה שמביעה כמות גדולה)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הבית שלנו נמצא __________ מבית הספר, לא קרוב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הכוס הזאת __________ עד למעלה, אין בה מקום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למילה ההפוכה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מהיר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חזק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ריק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רחוק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עצוב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מלא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לאט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קרוב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שמח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חלש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המשחק בגלגל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מקבלים מילה מהגלגל, למשל הרבה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לוחצים על משחק חדש ומתחילים שוב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מסובבים את הגלגל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אם המשימה היא נרדפת או הפך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משלימים את המשפט עם מילה מתאימה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שתיים מהמילים בגלגל (הרבה, מלא, חזק, לאט, רחוק, שמח, קר, מהיר) וכתבו לכל אחת מילה נרדפת ומילה הפוכה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מילה נרדפת למילה שמח?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מילה הפוכה למילה חזק?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מילה נרדפת למילה הפוכה?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נרדפות והפכים - גלגל המילים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