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גלגל המילים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מילים נרדפות למילים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והפכים למילים מהגלגל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עם מילים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נרדפת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מרוחק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מילה הפוכה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מלא וריק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מקר הוא חם, לא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לאט ומהר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משמח הוא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רחוק וקרוב הם ניגודים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חזק וחלש הם ניגודים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ההפוכה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(עצוב)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בגלגל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מסובבים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מקבלים מילה מהגלגל, למשל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אם המשימה היא נרדפת או 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המשפט עם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משחק חדש ומתחילים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שמח - נרדפת: עליז, הפך: עצוב. מהיר - נרדפת: זריז, הפך: איטי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עליז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 אומרת כמעט אותו דבר, הפוכה אומרת בדיוק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עם גלגל דמיוני - כל תלמיד מגריל מילה ואומר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לתלות את רשימת שמונת המילים מהגלגל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גלגל המילים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גלגל המילים מסובבים גלגל עם מילים כמו הרבה, מהיר וקר, ומחפשים להן מילה נרדפת או מילה הפוכה. בדף הזה נתרגל את אותן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מילה נרדפת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 למילה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מילה נרדפת למילה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מילה נרדפת למילה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מילה נרדפת למילה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מילה נרדפת למילה 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מילה הפוכה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ממלא הוא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מקר הוא מהיר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מלאט הוא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משמח הוא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מרחוק הוא קרוב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מחזק הוא חלש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הריצה הרגשתי __________ מאוד (ההפך מחלש)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היום בחוץ __________ ואני לובש מעיל (ההפך מחם)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 הולך __________ מאוד, לא מהר (מילה נרדפת לאיטי)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__________ ממתקים בחנות (מילה שמביעה כמות 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הבית שלנו נמצא __________ מבית הספר, לא 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הכוס הזאת __________ עד למעלה, אין בה 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ההפוכה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בגלגל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משחק חדש ומתחילים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אם המשימה היא נרדפת או 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המשפט עם מילה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מסובבים את הגלגל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מילה מהגלגל, למשל הרבה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בגלגל (הרבה, מלא, חזק, לאט, רחוק, שמח, קר, מהיר) וכתבו לכל אחת מילה נרדפת ומילה 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 למילה שמח?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הפוכה למילה חזק?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מילה נרדפת למילה הפוכה?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- גלגל המילים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